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02B1D3" w14:textId="78AB4ECA" w:rsidR="004B6B2E" w:rsidRDefault="006F32DC" w:rsidP="0015562B">
      <w:pPr>
        <w:tabs>
          <w:tab w:val="left" w:pos="7367"/>
        </w:tabs>
        <w:spacing w:after="20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noProof/>
          <w:sz w:val="4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BBEC404" wp14:editId="24286C64">
                <wp:simplePos x="0" y="0"/>
                <wp:positionH relativeFrom="column">
                  <wp:posOffset>0</wp:posOffset>
                </wp:positionH>
                <wp:positionV relativeFrom="paragraph">
                  <wp:posOffset>247650</wp:posOffset>
                </wp:positionV>
                <wp:extent cx="3023870" cy="189865"/>
                <wp:effectExtent l="0" t="0" r="0" b="635"/>
                <wp:wrapNone/>
                <wp:docPr id="1717181294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3870" cy="189865"/>
                          <a:chOff x="-8467" y="0"/>
                          <a:chExt cx="3023870" cy="189865"/>
                        </a:xfrm>
                      </wpg:grpSpPr>
                      <wps:wsp>
                        <wps:cNvPr id="1964652467" name="Shape 21"/>
                        <wps:cNvSpPr/>
                        <wps:spPr>
                          <a:xfrm>
                            <a:off x="-8467" y="0"/>
                            <a:ext cx="3023870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4039" h="215096">
                                <a:moveTo>
                                  <a:pt x="0" y="0"/>
                                </a:moveTo>
                                <a:lnTo>
                                  <a:pt x="3024039" y="0"/>
                                </a:lnTo>
                                <a:lnTo>
                                  <a:pt x="3024039" y="107548"/>
                                </a:lnTo>
                                <a:cubicBezTo>
                                  <a:pt x="3024039" y="166946"/>
                                  <a:pt x="2975889" y="215096"/>
                                  <a:pt x="2916491" y="215096"/>
                                </a:cubicBezTo>
                                <a:lnTo>
                                  <a:pt x="0" y="215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65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7386687" name="Rectangle 1"/>
                        <wps:cNvSpPr/>
                        <wps:spPr>
                          <a:xfrm>
                            <a:off x="0" y="0"/>
                            <a:ext cx="1540928" cy="140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67A5E" w14:textId="77777777" w:rsidR="006F32DC" w:rsidRPr="00DD3F3F" w:rsidRDefault="006F32DC" w:rsidP="006F32DC">
                              <w:pPr>
                                <w:spacing w:after="160" w:line="259" w:lineRule="auto"/>
                                <w:rPr>
                                  <w:szCs w:val="20"/>
                                </w:rPr>
                              </w:pPr>
                              <w:r w:rsidRPr="00DD3F3F">
                                <w:rPr>
                                  <w:color w:val="FFFFFF"/>
                                  <w:w w:val="125"/>
                                  <w:szCs w:val="20"/>
                                </w:rPr>
                                <w:t>RESEARCH</w:t>
                              </w:r>
                              <w:r w:rsidRPr="00DD3F3F">
                                <w:rPr>
                                  <w:color w:val="FFFFFF"/>
                                  <w:spacing w:val="5"/>
                                  <w:w w:val="125"/>
                                  <w:szCs w:val="20"/>
                                </w:rPr>
                                <w:t xml:space="preserve"> </w:t>
                              </w:r>
                              <w:r w:rsidRPr="00DD3F3F">
                                <w:rPr>
                                  <w:color w:val="FFFFFF"/>
                                  <w:w w:val="125"/>
                                  <w:szCs w:val="20"/>
                                </w:rPr>
                                <w:t>ARTICLE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BEC404" id="Group 7" o:spid="_x0000_s1026" style="position:absolute;margin-left:0;margin-top:19.5pt;width:238.1pt;height:14.95pt;z-index:251664384;mso-height-relative:margin" coordorigin="-84" coordsize="30238,18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">
                <v:shape id="Shape 21" o:spid="_x0000_s1027" style="position:absolute;left:-84;width:30238;height:1898;visibility:visible;mso-wrap-style:square;v-text-anchor:top" coordsize="3024039,2150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" path="m,l3024039,r,107548c3024039,166946,2975889,215096,2916491,215096l,215096,,xe" fillcolor="#c00000" stroked="f" strokeweight="0">
                  <v:stroke miterlimit="83231f" joinstyle="miter"/>
                  <v:path arrowok="t" textboxrect="0,0,3024039,215096"/>
                </v:shape>
                <v:rect id="Rectangle 1" o:spid="_x0000_s1028" style="position:absolute;width:15409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" filled="f" stroked="f">
                  <v:textbox inset="0,0,0,0">
                    <w:txbxContent>
                      <w:p w14:paraId="5BF67A5E" w14:textId="77777777" w:rsidR="006F32DC" w:rsidRPr="00DD3F3F" w:rsidRDefault="006F32DC" w:rsidP="006F32DC">
                        <w:pPr>
                          <w:spacing w:after="160" w:line="259" w:lineRule="auto"/>
                          <w:rPr>
                            <w:szCs w:val="20"/>
                          </w:rPr>
                        </w:pPr>
                        <w:r w:rsidRPr="00DD3F3F">
                          <w:rPr>
                            <w:color w:val="FFFFFF"/>
                            <w:w w:val="125"/>
                            <w:szCs w:val="20"/>
                          </w:rPr>
                          <w:t>RESEARCH</w:t>
                        </w:r>
                        <w:r w:rsidRPr="00DD3F3F">
                          <w:rPr>
                            <w:color w:val="FFFFFF"/>
                            <w:spacing w:val="5"/>
                            <w:w w:val="125"/>
                            <w:szCs w:val="20"/>
                          </w:rPr>
                          <w:t xml:space="preserve"> </w:t>
                        </w:r>
                        <w:r w:rsidRPr="00DD3F3F">
                          <w:rPr>
                            <w:color w:val="FFFFFF"/>
                            <w:w w:val="125"/>
                            <w:szCs w:val="20"/>
                          </w:rPr>
                          <w:t>ARTICLE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0D5CD24" w14:textId="4CC690BC" w:rsidR="00C23527" w:rsidRPr="004B6B2E" w:rsidRDefault="00C23527" w:rsidP="004B6B2E">
      <w:pPr>
        <w:tabs>
          <w:tab w:val="left" w:pos="7367"/>
        </w:tabs>
        <w:spacing w:after="200"/>
        <w:rPr>
          <w:rFonts w:asciiTheme="majorHAnsi" w:hAnsiTheme="majorHAnsi" w:cstheme="majorHAnsi"/>
        </w:rPr>
      </w:pPr>
    </w:p>
    <w:p w14:paraId="452BA675" w14:textId="755B9AB3" w:rsidR="00C23527" w:rsidRPr="004B6B2E" w:rsidRDefault="00000000" w:rsidP="00F71BAE">
      <w:pPr>
        <w:tabs>
          <w:tab w:val="right" w:pos="10080"/>
        </w:tabs>
        <w:spacing w:after="24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40"/>
        </w:rPr>
        <w:t>[Insert Full Manuscript Title Here]</w:t>
      </w:r>
      <w:r w:rsidR="006F32DC">
        <w:rPr>
          <w:rFonts w:asciiTheme="majorHAnsi" w:hAnsiTheme="majorHAnsi" w:cstheme="majorHAnsi"/>
          <w:b/>
          <w:sz w:val="40"/>
        </w:rPr>
        <w:tab/>
      </w:r>
    </w:p>
    <w:p w14:paraId="369DC22D" w14:textId="1415A08E" w:rsidR="00C23527" w:rsidRPr="004B6B2E" w:rsidRDefault="00000000" w:rsidP="000B523D">
      <w:pPr>
        <w:spacing w:after="16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sz w:val="22"/>
        </w:rPr>
        <w:t xml:space="preserve">[First Author Full </w:t>
      </w:r>
      <w:r w:rsidR="008258C1" w:rsidRPr="004B6B2E">
        <w:rPr>
          <w:rFonts w:asciiTheme="majorHAnsi" w:hAnsiTheme="majorHAnsi" w:cstheme="majorHAnsi"/>
          <w:sz w:val="22"/>
        </w:rPr>
        <w:t>Name] ¹</w:t>
      </w:r>
      <w:r w:rsidR="008258C1" w:rsidRPr="004B6B2E">
        <w:rPr>
          <w:rFonts w:asciiTheme="majorHAnsi" w:hAnsiTheme="majorHAnsi" w:cstheme="majorHAnsi"/>
          <w:b/>
          <w:noProof/>
          <w:sz w:val="24"/>
          <w:szCs w:val="24"/>
          <w:lang w:val="tr-TR" w:eastAsia="tr-TR"/>
        </w:rPr>
        <w:t xml:space="preserve"> </w:t>
      </w:r>
      <w:r w:rsidR="008258C1" w:rsidRPr="004B6B2E">
        <w:rPr>
          <w:rFonts w:asciiTheme="majorHAnsi" w:hAnsiTheme="majorHAnsi" w:cstheme="majorHAnsi"/>
          <w:b/>
          <w:noProof/>
          <w:sz w:val="24"/>
          <w:szCs w:val="24"/>
          <w:lang w:val="tr-TR" w:eastAsia="tr-TR"/>
        </w:rPr>
        <w:drawing>
          <wp:inline distT="0" distB="0" distL="0" distR="0" wp14:anchorId="483A9027" wp14:editId="09B90AED">
            <wp:extent cx="116205" cy="116205"/>
            <wp:effectExtent l="0" t="0" r="0" b="0"/>
            <wp:docPr id="925926198" name="Resim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21" cy="12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6B2E">
        <w:rPr>
          <w:rFonts w:asciiTheme="majorHAnsi" w:hAnsiTheme="majorHAnsi" w:cstheme="majorHAnsi"/>
          <w:sz w:val="22"/>
        </w:rPr>
        <w:t xml:space="preserve">, [Second Author Full </w:t>
      </w:r>
      <w:r w:rsidR="008258C1" w:rsidRPr="004B6B2E">
        <w:rPr>
          <w:rFonts w:asciiTheme="majorHAnsi" w:hAnsiTheme="majorHAnsi" w:cstheme="majorHAnsi"/>
          <w:sz w:val="22"/>
        </w:rPr>
        <w:t>Name] ²</w:t>
      </w:r>
      <w:r w:rsidR="008258C1" w:rsidRPr="004B6B2E">
        <w:rPr>
          <w:rFonts w:asciiTheme="majorHAnsi" w:hAnsiTheme="majorHAnsi" w:cstheme="majorHAnsi"/>
          <w:b/>
          <w:noProof/>
          <w:sz w:val="24"/>
          <w:szCs w:val="24"/>
          <w:lang w:val="tr-TR" w:eastAsia="tr-TR"/>
        </w:rPr>
        <w:t xml:space="preserve"> </w:t>
      </w:r>
      <w:r w:rsidR="008258C1" w:rsidRPr="004B6B2E">
        <w:rPr>
          <w:rFonts w:asciiTheme="majorHAnsi" w:hAnsiTheme="majorHAnsi" w:cstheme="majorHAnsi"/>
          <w:b/>
          <w:noProof/>
          <w:sz w:val="24"/>
          <w:szCs w:val="24"/>
          <w:lang w:val="tr-TR" w:eastAsia="tr-TR"/>
        </w:rPr>
        <w:drawing>
          <wp:inline distT="0" distB="0" distL="0" distR="0" wp14:anchorId="11EB4DD4" wp14:editId="0B158B7F">
            <wp:extent cx="116205" cy="116205"/>
            <wp:effectExtent l="0" t="0" r="0" b="0"/>
            <wp:docPr id="1623156551" name="Resim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21" cy="12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6B2E">
        <w:rPr>
          <w:rFonts w:asciiTheme="majorHAnsi" w:hAnsiTheme="majorHAnsi" w:cstheme="majorHAnsi"/>
          <w:sz w:val="22"/>
        </w:rPr>
        <w:t xml:space="preserve">, [Corresponding Author Full </w:t>
      </w:r>
      <w:r w:rsidR="008258C1" w:rsidRPr="004B6B2E">
        <w:rPr>
          <w:rFonts w:asciiTheme="majorHAnsi" w:hAnsiTheme="majorHAnsi" w:cstheme="majorHAnsi"/>
          <w:sz w:val="22"/>
        </w:rPr>
        <w:t>Name] ¹</w:t>
      </w:r>
      <w:r w:rsidR="008258C1" w:rsidRPr="004B6B2E">
        <w:rPr>
          <w:rFonts w:asciiTheme="majorHAnsi" w:hAnsiTheme="majorHAnsi" w:cstheme="majorHAnsi"/>
          <w:b/>
          <w:noProof/>
          <w:sz w:val="24"/>
          <w:szCs w:val="24"/>
          <w:lang w:val="tr-TR" w:eastAsia="tr-TR"/>
        </w:rPr>
        <w:t xml:space="preserve"> </w:t>
      </w:r>
      <w:r w:rsidR="008258C1" w:rsidRPr="004B6B2E">
        <w:rPr>
          <w:rFonts w:asciiTheme="majorHAnsi" w:hAnsiTheme="majorHAnsi" w:cstheme="majorHAnsi"/>
          <w:b/>
          <w:noProof/>
          <w:sz w:val="24"/>
          <w:szCs w:val="24"/>
          <w:lang w:val="tr-TR" w:eastAsia="tr-TR"/>
        </w:rPr>
        <w:drawing>
          <wp:inline distT="0" distB="0" distL="0" distR="0" wp14:anchorId="3D39A4FD" wp14:editId="677B55CD">
            <wp:extent cx="116205" cy="116205"/>
            <wp:effectExtent l="0" t="0" r="0" b="0"/>
            <wp:docPr id="879777498" name="Resim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21" cy="12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6B2E">
        <w:rPr>
          <w:rFonts w:asciiTheme="majorHAnsi" w:hAnsiTheme="majorHAnsi" w:cstheme="majorHAnsi"/>
          <w:sz w:val="22"/>
        </w:rPr>
        <w:t>,*</w:t>
      </w:r>
    </w:p>
    <w:p w14:paraId="5D2F12DC" w14:textId="2ACA08A5" w:rsidR="00C23527" w:rsidRPr="004B6B2E" w:rsidRDefault="00000000">
      <w:pPr>
        <w:spacing w:after="4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sz w:val="18"/>
        </w:rPr>
        <w:t>[Department, Institution, City, Province/State, Postal Code, Country]</w:t>
      </w:r>
      <w:r w:rsidR="008258C1" w:rsidRPr="004B6B2E">
        <w:rPr>
          <w:rFonts w:asciiTheme="majorHAnsi" w:hAnsiTheme="majorHAnsi" w:cstheme="majorHAnsi"/>
          <w:sz w:val="18"/>
          <w:vertAlign w:val="superscript"/>
        </w:rPr>
        <w:t>1</w:t>
      </w:r>
    </w:p>
    <w:p w14:paraId="71F36BF1" w14:textId="02CEEF79" w:rsidR="00C23527" w:rsidRPr="004B6B2E" w:rsidRDefault="00000000" w:rsidP="000B523D">
      <w:pPr>
        <w:spacing w:after="12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sz w:val="18"/>
        </w:rPr>
        <w:t>[Department, Institution, City, Province/State, Postal Code, Country]</w:t>
      </w:r>
      <w:r w:rsidR="008258C1" w:rsidRPr="004B6B2E">
        <w:rPr>
          <w:rFonts w:asciiTheme="majorHAnsi" w:hAnsiTheme="majorHAnsi" w:cstheme="majorHAnsi"/>
          <w:sz w:val="18"/>
          <w:vertAlign w:val="superscript"/>
        </w:rPr>
        <w:t>2</w:t>
      </w:r>
    </w:p>
    <w:p w14:paraId="2280FD94" w14:textId="77777777" w:rsidR="00C23527" w:rsidRPr="004B6B2E" w:rsidRDefault="00000000">
      <w:pPr>
        <w:spacing w:after="6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sz w:val="18"/>
        </w:rPr>
        <w:t>Received [Month DD, YYYY]; revised [Month DD, YYYY]; accepted [Month DD, YYYY]</w:t>
      </w:r>
    </w:p>
    <w:p w14:paraId="498CE85D" w14:textId="11BB1BE0" w:rsidR="00C23527" w:rsidRPr="004B6B2E" w:rsidRDefault="00000000" w:rsidP="00902585">
      <w:pPr>
        <w:tabs>
          <w:tab w:val="left" w:pos="7700"/>
        </w:tabs>
        <w:spacing w:after="6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sz w:val="18"/>
        </w:rPr>
        <w:t>* Corresponding author: [Full Name], E-mail: [email@institution.edu]</w:t>
      </w:r>
      <w:r w:rsidR="00902585">
        <w:rPr>
          <w:rFonts w:asciiTheme="majorHAnsi" w:hAnsiTheme="majorHAnsi" w:cstheme="majorHAnsi"/>
          <w:sz w:val="18"/>
        </w:rPr>
        <w:tab/>
      </w:r>
    </w:p>
    <w:p w14:paraId="3DBB0A35" w14:textId="103ECFB7" w:rsidR="00C23527" w:rsidRPr="004B6B2E" w:rsidRDefault="00C23527" w:rsidP="004B6B2E">
      <w:pPr>
        <w:spacing w:after="0"/>
        <w:rPr>
          <w:rFonts w:asciiTheme="majorHAnsi" w:hAnsiTheme="majorHAnsi" w:cstheme="majorHAnsi"/>
        </w:rPr>
      </w:pPr>
    </w:p>
    <w:p w14:paraId="4B83659A" w14:textId="77777777" w:rsidR="00C23527" w:rsidRPr="004B6B2E" w:rsidRDefault="00000000">
      <w:pPr>
        <w:spacing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Abstract</w:t>
      </w:r>
    </w:p>
    <w:p w14:paraId="0ADD9054" w14:textId="77777777" w:rsidR="00C23527" w:rsidRPr="004B6B2E" w:rsidRDefault="00000000">
      <w:pPr>
        <w:spacing w:after="20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[Write a single self-contained paragraph of no more than 300 words. State the background or purpose, methods, principal results, and conclusion. Do not cite references. Define abbreviations at first use and avoid non-standard abbreviations.]</w:t>
      </w:r>
    </w:p>
    <w:p w14:paraId="70F68FA6" w14:textId="77777777" w:rsidR="00C23527" w:rsidRPr="004B6B2E" w:rsidRDefault="00000000">
      <w:pPr>
        <w:spacing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Keywords</w:t>
      </w:r>
    </w:p>
    <w:p w14:paraId="0AE06973" w14:textId="47302E21" w:rsidR="00C23527" w:rsidRDefault="00000000" w:rsidP="0015562B">
      <w:pPr>
        <w:spacing w:after="16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[Keyword 1]; [Keyword 2]; [Keyword 3]; [Keyword 4]; [Keyword 5]</w:t>
      </w:r>
    </w:p>
    <w:p w14:paraId="7FB0E663" w14:textId="0A127D74" w:rsidR="006F32DC" w:rsidRPr="004B6B2E" w:rsidRDefault="006F32DC" w:rsidP="006F32DC">
      <w:pPr>
        <w:tabs>
          <w:tab w:val="left" w:pos="1000"/>
        </w:tabs>
        <w:rPr>
          <w:rFonts w:asciiTheme="majorHAnsi" w:hAnsiTheme="majorHAnsi" w:cstheme="majorHAnsi"/>
        </w:rPr>
        <w:sectPr w:rsidR="006F32DC" w:rsidRPr="004B6B2E" w:rsidSect="0090258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008" w:right="1080" w:bottom="864" w:left="1080" w:header="576" w:footer="432" w:gutter="0"/>
          <w:pgNumType w:start="315" w:chapStyle="1"/>
          <w:cols w:space="720"/>
          <w:titlePg/>
          <w:docGrid w:linePitch="360"/>
        </w:sectPr>
      </w:pPr>
    </w:p>
    <w:p w14:paraId="40837194" w14:textId="77777777" w:rsidR="00C23527" w:rsidRPr="004B6B2E" w:rsidRDefault="00000000" w:rsidP="00680566">
      <w:pPr>
        <w:spacing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1 Introduction</w:t>
      </w:r>
    </w:p>
    <w:p w14:paraId="0DA92026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[Introduce the topic, establish the problem and its importance, summarize relevant literature, identify the knowledge gap, and state the aim, research question, or hypothesis of the study.]</w:t>
      </w:r>
    </w:p>
    <w:p w14:paraId="2C42FC11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2 Materials and Methods</w:t>
      </w:r>
    </w:p>
    <w:p w14:paraId="20CCDCBD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2.1 Study Design</w:t>
      </w:r>
    </w:p>
    <w:p w14:paraId="6E3CF9DA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[Describe the study design, setting, and overall methodology.]</w:t>
      </w:r>
    </w:p>
    <w:p w14:paraId="344A0D11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2.2 Participants, Materials, or Data Sources</w:t>
      </w:r>
    </w:p>
    <w:p w14:paraId="17E41C2C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[Describe participants, datasets, samples, materials, eligibility criteria, and sampling methods as applicable.]</w:t>
      </w:r>
    </w:p>
    <w:p w14:paraId="2519730B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2.3 Data Collection</w:t>
      </w:r>
    </w:p>
    <w:p w14:paraId="5C5F232B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[Describe instruments, procedures, variables, interventions, and data-collection methods.]</w:t>
      </w:r>
    </w:p>
    <w:p w14:paraId="48D50EF9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2.4 Data Analysis</w:t>
      </w:r>
    </w:p>
    <w:p w14:paraId="30AC44F1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[Describe software, statistical tests, models, thresholds, validation procedures, and analytical workflow.]</w:t>
      </w:r>
    </w:p>
    <w:p w14:paraId="5BDDAD43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2.5 Ethical Considerations</w:t>
      </w:r>
    </w:p>
    <w:p w14:paraId="624CC9C4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[State ethics-committee approval, approval number, informed-consent procedures, and applicable reporting standards. If not applicable, write: Not applicable.]</w:t>
      </w:r>
    </w:p>
    <w:p w14:paraId="36E549A8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3 Results</w:t>
      </w:r>
    </w:p>
    <w:p w14:paraId="154789A0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3.1 Primary Findings</w:t>
      </w:r>
    </w:p>
    <w:p w14:paraId="74777F8F" w14:textId="77777777" w:rsidR="00C23527" w:rsidRPr="004B6B2E" w:rsidRDefault="00000000" w:rsidP="00680566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[Present findings in a clear logical sequence. Refer to all tables and figures in the text before they appear.]</w:t>
      </w:r>
    </w:p>
    <w:p w14:paraId="2765993F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3.2 Secondary Findings</w:t>
      </w:r>
    </w:p>
    <w:p w14:paraId="7FB4C8F2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[Present secondary, subgroup, sensitivity, or exploratory analyses as appropriate.]</w:t>
      </w:r>
    </w:p>
    <w:p w14:paraId="558DDB8E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4 Discussion</w:t>
      </w:r>
    </w:p>
    <w:p w14:paraId="3E2CC927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4.1 Interpretation of Findings</w:t>
      </w:r>
    </w:p>
    <w:p w14:paraId="572DAC97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[Interpret the principal findings and explain their scientific, technical, clinical, social, or practical relevance.]</w:t>
      </w:r>
    </w:p>
    <w:p w14:paraId="0E430B61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4.2 Comparison with Previous Research</w:t>
      </w:r>
    </w:p>
    <w:p w14:paraId="3D1838A4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[Compare findings with relevant published research and explain agreement, disagreement, and contribution.]</w:t>
      </w:r>
    </w:p>
    <w:p w14:paraId="6541D274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4.3 Limitations</w:t>
      </w:r>
    </w:p>
    <w:p w14:paraId="2933950B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[State important limitations, possible sources of bias, uncertainty, and implications for interpretation.]</w:t>
      </w:r>
    </w:p>
    <w:p w14:paraId="3AE985DD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5 Conclusion</w:t>
      </w:r>
    </w:p>
    <w:p w14:paraId="2BC131F9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[State concise conclusions directly supported by the results. Do not introduce new data or claims.]</w:t>
      </w:r>
    </w:p>
    <w:p w14:paraId="2DA6EA43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Acknowledgements</w:t>
      </w:r>
    </w:p>
    <w:p w14:paraId="7775C6C8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[Acknowledge contributors, technical assistance, institutions, or facilities that do not meet authorship criteria. If none, write: Not applicable.]</w:t>
      </w:r>
    </w:p>
    <w:p w14:paraId="7C57DA91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Funding</w:t>
      </w:r>
    </w:p>
    <w:p w14:paraId="5168ECE1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[List all funding sources and grant numbers. If none, write: This research received no external funding.]</w:t>
      </w:r>
    </w:p>
    <w:p w14:paraId="4154457C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Author Contributions</w:t>
      </w:r>
    </w:p>
    <w:p w14:paraId="58FA8667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lastRenderedPageBreak/>
        <w:t>[Use author initials or names to identify contributions. Example: A.B. conceived the study; C.D. conducted the analysis; E.F. drafted the manuscript. All authors reviewed and approved the final manuscript.]</w:t>
      </w:r>
    </w:p>
    <w:p w14:paraId="1E030DE3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Conflicts of Interest</w:t>
      </w:r>
    </w:p>
    <w:p w14:paraId="76388997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[Declare all financial and non-financial competing interests. If none, write: The authors declare no competing interests.]</w:t>
      </w:r>
    </w:p>
    <w:p w14:paraId="720354AC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Ethics Approval and Consent to Participate</w:t>
      </w:r>
    </w:p>
    <w:p w14:paraId="04D43D34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[Provide the ethics-committee name, approval number, and consent statement. If not applicable, write: Not applicable.]</w:t>
      </w:r>
    </w:p>
    <w:p w14:paraId="5D3CAAF6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Data Availability Statement</w:t>
      </w:r>
    </w:p>
    <w:p w14:paraId="7B778C9C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[State where data, code, protocols, or supporting materials are available. Example: The data supporting the findings of this study are available from the corresponding author upon reasonable request.]</w:t>
      </w:r>
    </w:p>
    <w:p w14:paraId="345A366E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Appendices (if needed)</w:t>
      </w:r>
    </w:p>
    <w:p w14:paraId="03E6FA3F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Appendix A. [Appendix Title]</w:t>
      </w:r>
    </w:p>
    <w:p w14:paraId="4F1B0606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[Insert appendix content.]</w:t>
      </w:r>
    </w:p>
    <w:p w14:paraId="5AC2E46D" w14:textId="77777777" w:rsidR="00C23527" w:rsidRPr="004B6B2E" w:rsidRDefault="00000000">
      <w:pPr>
        <w:spacing w:before="140" w:after="8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b/>
          <w:sz w:val="22"/>
        </w:rPr>
        <w:t>▪ Appendix B. [Appendix Title]</w:t>
      </w:r>
    </w:p>
    <w:p w14:paraId="01C2180C" w14:textId="77777777" w:rsidR="00C23527" w:rsidRPr="004B6B2E" w:rsidRDefault="00000000">
      <w:pPr>
        <w:spacing w:after="120"/>
        <w:jc w:val="both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</w:rPr>
        <w:t>[Insert appendix content.]</w:t>
      </w:r>
    </w:p>
    <w:p w14:paraId="0E212DCC" w14:textId="77777777" w:rsidR="00C23527" w:rsidRPr="004B6B2E" w:rsidRDefault="00000000">
      <w:pPr>
        <w:spacing w:before="200" w:after="80"/>
        <w:rPr>
          <w:rFonts w:asciiTheme="majorHAnsi" w:hAnsiTheme="majorHAnsi" w:cstheme="majorHAnsi"/>
        </w:rPr>
      </w:pPr>
      <w:r w:rsidRPr="004B6B2E">
        <w:rPr>
          <w:rFonts w:ascii="Arial" w:hAnsi="Arial" w:cs="Arial"/>
          <w:b/>
          <w:sz w:val="24"/>
        </w:rPr>
        <w:t>■</w:t>
      </w:r>
      <w:r w:rsidRPr="004B6B2E">
        <w:rPr>
          <w:rFonts w:asciiTheme="majorHAnsi" w:hAnsiTheme="majorHAnsi" w:cstheme="majorHAnsi"/>
          <w:b/>
          <w:sz w:val="24"/>
        </w:rPr>
        <w:t xml:space="preserve"> References</w:t>
      </w:r>
    </w:p>
    <w:p w14:paraId="29E6AFBF" w14:textId="77777777" w:rsidR="00C23527" w:rsidRPr="004B6B2E" w:rsidRDefault="00000000" w:rsidP="000C66D4">
      <w:pPr>
        <w:spacing w:after="60"/>
        <w:ind w:left="288" w:hanging="288"/>
        <w:jc w:val="both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 xml:space="preserve">Smith, J. A., &amp; Brown, R. K. (2026). [Article title]. Advanced Journal of Science and Innovation, [volume]([issue]), [pages]. </w:t>
      </w:r>
      <w:proofErr w:type="gramStart"/>
      <w:r w:rsidRPr="004B6B2E">
        <w:rPr>
          <w:rFonts w:asciiTheme="majorHAnsi" w:hAnsiTheme="majorHAnsi" w:cstheme="majorHAnsi"/>
          <w:szCs w:val="20"/>
        </w:rPr>
        <w:t>https://doi.org/[</w:t>
      </w:r>
      <w:proofErr w:type="gramEnd"/>
      <w:r w:rsidRPr="004B6B2E">
        <w:rPr>
          <w:rFonts w:asciiTheme="majorHAnsi" w:hAnsiTheme="majorHAnsi" w:cstheme="majorHAnsi"/>
          <w:szCs w:val="20"/>
        </w:rPr>
        <w:t>DOI]</w:t>
      </w:r>
    </w:p>
    <w:p w14:paraId="11F10B8E" w14:textId="77777777" w:rsidR="00C23527" w:rsidRPr="004B6B2E" w:rsidRDefault="00000000" w:rsidP="000C66D4">
      <w:pPr>
        <w:spacing w:after="60"/>
        <w:ind w:left="288" w:hanging="288"/>
        <w:jc w:val="both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Taylor, L. M. (2025). [Book title] (3rd ed.). [Publisher].</w:t>
      </w:r>
    </w:p>
    <w:p w14:paraId="6754FFE7" w14:textId="77777777" w:rsidR="00C23527" w:rsidRPr="004B6B2E" w:rsidRDefault="00000000" w:rsidP="000C66D4">
      <w:pPr>
        <w:spacing w:after="60"/>
        <w:ind w:left="288" w:hanging="288"/>
        <w:jc w:val="both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 xml:space="preserve">[Add all references in APA 7th edition. Ensure every in-text citation has a matching </w:t>
      </w:r>
      <w:proofErr w:type="gramStart"/>
      <w:r w:rsidRPr="004B6B2E">
        <w:rPr>
          <w:rFonts w:asciiTheme="majorHAnsi" w:hAnsiTheme="majorHAnsi" w:cstheme="majorHAnsi"/>
          <w:szCs w:val="20"/>
        </w:rPr>
        <w:t>reference</w:t>
      </w:r>
      <w:proofErr w:type="gramEnd"/>
      <w:r w:rsidRPr="004B6B2E">
        <w:rPr>
          <w:rFonts w:asciiTheme="majorHAnsi" w:hAnsiTheme="majorHAnsi" w:cstheme="majorHAnsi"/>
          <w:szCs w:val="20"/>
        </w:rPr>
        <w:t xml:space="preserve"> and every reference is cited in the main text.]</w:t>
      </w:r>
    </w:p>
    <w:p w14:paraId="42EA3F66" w14:textId="77777777" w:rsidR="00C23527" w:rsidRPr="004B6B2E" w:rsidRDefault="00C23527">
      <w:pPr>
        <w:rPr>
          <w:rFonts w:asciiTheme="majorHAnsi" w:hAnsiTheme="majorHAnsi" w:cstheme="majorHAnsi"/>
        </w:rPr>
        <w:sectPr w:rsidR="00C23527" w:rsidRPr="004B6B2E" w:rsidSect="00F71BAE">
          <w:type w:val="continuous"/>
          <w:pgSz w:w="12240" w:h="15840"/>
          <w:pgMar w:top="1008" w:right="1080" w:bottom="864" w:left="1080" w:header="432" w:footer="432" w:gutter="0"/>
          <w:cols w:num="2" w:space="360"/>
          <w:docGrid w:linePitch="360"/>
        </w:sectPr>
      </w:pPr>
    </w:p>
    <w:p w14:paraId="2F8EF6E9" w14:textId="77777777" w:rsidR="00C23527" w:rsidRPr="004B6B2E" w:rsidRDefault="00000000">
      <w:pPr>
        <w:spacing w:before="160" w:after="8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b/>
          <w:szCs w:val="20"/>
        </w:rPr>
        <w:t>Table 1. [Insert descriptive table title]</w:t>
      </w:r>
    </w:p>
    <w:p w14:paraId="1AA30DBB" w14:textId="77777777" w:rsidR="00C23527" w:rsidRPr="004B6B2E" w:rsidRDefault="00000000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[Insert editable table here. Use Calibri 8.5–9 pt in the table body. Cite the table in the text before it appears. Avoid vertical borders.]</w:t>
      </w:r>
    </w:p>
    <w:p w14:paraId="7C52848A" w14:textId="77777777" w:rsidR="00C23527" w:rsidRPr="004B6B2E" w:rsidRDefault="00000000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b/>
          <w:szCs w:val="20"/>
        </w:rPr>
        <w:t xml:space="preserve">Figure 1. </w:t>
      </w:r>
      <w:r w:rsidRPr="004B6B2E">
        <w:rPr>
          <w:rFonts w:asciiTheme="majorHAnsi" w:hAnsiTheme="majorHAnsi" w:cstheme="majorHAnsi"/>
          <w:szCs w:val="20"/>
        </w:rPr>
        <w:t>[Insert descriptive figure caption here.]</w:t>
      </w:r>
    </w:p>
    <w:p w14:paraId="44DF54E0" w14:textId="5AB38A39" w:rsidR="008258C1" w:rsidRPr="004B6B2E" w:rsidRDefault="00000000" w:rsidP="001C57DF">
      <w:pPr>
        <w:spacing w:after="160"/>
        <w:rPr>
          <w:rFonts w:asciiTheme="majorHAnsi" w:hAnsiTheme="majorHAnsi" w:cstheme="majorHAnsi"/>
          <w:szCs w:val="20"/>
          <w:rtl/>
        </w:rPr>
      </w:pPr>
      <w:r w:rsidRPr="004B6B2E">
        <w:rPr>
          <w:rFonts w:asciiTheme="majorHAnsi" w:hAnsiTheme="majorHAnsi" w:cstheme="majorHAnsi"/>
          <w:szCs w:val="20"/>
        </w:rPr>
        <w:t>[Insert a high-resolution figure here or submit it separately. Ensure labels remain readable after final reduction.]</w:t>
      </w:r>
    </w:p>
    <w:p w14:paraId="519F186E" w14:textId="77777777" w:rsidR="00C20DE7" w:rsidRPr="004B6B2E" w:rsidRDefault="00C20DE7">
      <w:pPr>
        <w:spacing w:after="160"/>
        <w:rPr>
          <w:rFonts w:asciiTheme="majorHAnsi" w:hAnsiTheme="majorHAnsi" w:cstheme="majorHAnsi"/>
          <w:szCs w:val="20"/>
          <w:rtl/>
        </w:rPr>
      </w:pPr>
    </w:p>
    <w:p w14:paraId="20922591" w14:textId="77777777" w:rsidR="009A42A4" w:rsidRDefault="009A42A4">
      <w:pPr>
        <w:spacing w:after="160"/>
        <w:rPr>
          <w:rFonts w:asciiTheme="majorHAnsi" w:hAnsiTheme="majorHAnsi" w:cstheme="majorHAnsi"/>
          <w:b/>
          <w:bCs/>
          <w:szCs w:val="20"/>
        </w:rPr>
        <w:sectPr w:rsidR="009A42A4" w:rsidSect="009A42A4">
          <w:footerReference w:type="even" r:id="rId16"/>
          <w:type w:val="continuous"/>
          <w:pgSz w:w="12240" w:h="15840"/>
          <w:pgMar w:top="1008" w:right="1080" w:bottom="864" w:left="1080" w:header="432" w:footer="432" w:gutter="0"/>
          <w:cols w:space="720"/>
          <w:docGrid w:linePitch="360"/>
        </w:sectPr>
      </w:pPr>
    </w:p>
    <w:p w14:paraId="42CB3ADE" w14:textId="0D63E428" w:rsidR="00C20DE7" w:rsidRPr="004B6B2E" w:rsidRDefault="00C20DE7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b/>
          <w:bCs/>
          <w:szCs w:val="20"/>
        </w:rPr>
        <w:t>Formatting requirements:</w:t>
      </w:r>
      <w:r w:rsidRPr="004B6B2E">
        <w:rPr>
          <w:rFonts w:asciiTheme="majorHAnsi" w:hAnsiTheme="majorHAnsi" w:cstheme="majorHAnsi"/>
          <w:szCs w:val="20"/>
        </w:rPr>
        <w:t xml:space="preserve"> Use 8.5 × 11page size with 2.5 cm margins on all sides. The manuscript text should be in Times New Roman, 12 pt, </w:t>
      </w:r>
      <w:r w:rsidR="001C57DF" w:rsidRPr="004B6B2E">
        <w:rPr>
          <w:rFonts w:asciiTheme="majorHAnsi" w:hAnsiTheme="majorHAnsi" w:cstheme="majorHAnsi"/>
          <w:szCs w:val="20"/>
        </w:rPr>
        <w:t>1.5-line</w:t>
      </w:r>
      <w:r w:rsidRPr="004B6B2E">
        <w:rPr>
          <w:rFonts w:asciiTheme="majorHAnsi" w:hAnsiTheme="majorHAnsi" w:cstheme="majorHAnsi"/>
          <w:szCs w:val="20"/>
        </w:rPr>
        <w:t xml:space="preserve"> spacing, and fully justified. Main headings should be 13 pt bold, subheadings 12 pt bold, and sub-subheadings 11 pt bold italic. The manuscript title should be 16 pt bold and centered.</w:t>
      </w:r>
    </w:p>
    <w:p w14:paraId="079C9442" w14:textId="77777777" w:rsidR="00C20DE7" w:rsidRPr="004B6B2E" w:rsidRDefault="00C20DE7">
      <w:pPr>
        <w:spacing w:after="160"/>
        <w:rPr>
          <w:rFonts w:asciiTheme="majorHAnsi" w:hAnsiTheme="majorHAnsi" w:cstheme="majorHAnsi"/>
          <w:szCs w:val="20"/>
          <w:rtl/>
        </w:rPr>
      </w:pPr>
      <w:r w:rsidRPr="004B6B2E">
        <w:rPr>
          <w:rFonts w:asciiTheme="majorHAnsi" w:hAnsiTheme="majorHAnsi" w:cstheme="majorHAnsi"/>
          <w:szCs w:val="20"/>
        </w:rPr>
        <w:t xml:space="preserve">Page Size: Letter </w:t>
      </w:r>
    </w:p>
    <w:p w14:paraId="4E69A65C" w14:textId="77777777" w:rsidR="00C20DE7" w:rsidRPr="004B6B2E" w:rsidRDefault="00C20DE7">
      <w:pPr>
        <w:spacing w:after="160"/>
        <w:rPr>
          <w:rFonts w:asciiTheme="majorHAnsi" w:hAnsiTheme="majorHAnsi" w:cstheme="majorHAnsi"/>
          <w:szCs w:val="20"/>
          <w:rtl/>
        </w:rPr>
      </w:pPr>
      <w:r w:rsidRPr="004B6B2E">
        <w:rPr>
          <w:rFonts w:asciiTheme="majorHAnsi" w:hAnsiTheme="majorHAnsi" w:cstheme="majorHAnsi"/>
          <w:szCs w:val="20"/>
        </w:rPr>
        <w:t xml:space="preserve">Width: 8.5 inches </w:t>
      </w:r>
    </w:p>
    <w:p w14:paraId="54829179" w14:textId="77777777" w:rsidR="00C20DE7" w:rsidRPr="004B6B2E" w:rsidRDefault="00C20DE7">
      <w:pPr>
        <w:spacing w:after="160"/>
        <w:rPr>
          <w:rFonts w:asciiTheme="majorHAnsi" w:hAnsiTheme="majorHAnsi" w:cstheme="majorHAnsi"/>
          <w:szCs w:val="20"/>
          <w:rtl/>
        </w:rPr>
      </w:pPr>
      <w:r w:rsidRPr="004B6B2E">
        <w:rPr>
          <w:rFonts w:asciiTheme="majorHAnsi" w:hAnsiTheme="majorHAnsi" w:cstheme="majorHAnsi"/>
          <w:szCs w:val="20"/>
        </w:rPr>
        <w:t xml:space="preserve">Height: 11 inches Orientation: </w:t>
      </w:r>
    </w:p>
    <w:p w14:paraId="7FC34ECF" w14:textId="0F794D03" w:rsidR="00C20DE7" w:rsidRPr="004B6B2E" w:rsidRDefault="00C20DE7" w:rsidP="001C57DF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Portrait Columns: Two columns for the main manuscript text</w:t>
      </w:r>
    </w:p>
    <w:p w14:paraId="7C3AF71F" w14:textId="77777777" w:rsidR="00C20DE7" w:rsidRPr="004B6B2E" w:rsidRDefault="00C20DE7" w:rsidP="00C20DE7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Paper Size: Letter</w:t>
      </w:r>
    </w:p>
    <w:p w14:paraId="7D2752F9" w14:textId="77777777" w:rsidR="00C20DE7" w:rsidRPr="004B6B2E" w:rsidRDefault="00C20DE7" w:rsidP="00C20DE7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Width: 8.5 inches</w:t>
      </w:r>
    </w:p>
    <w:p w14:paraId="68A71E41" w14:textId="77777777" w:rsidR="00C20DE7" w:rsidRPr="004B6B2E" w:rsidRDefault="00C20DE7" w:rsidP="00C20DE7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Height: 11 inches</w:t>
      </w:r>
    </w:p>
    <w:p w14:paraId="6E4090EE" w14:textId="77777777" w:rsidR="00C20DE7" w:rsidRPr="004B6B2E" w:rsidRDefault="00C20DE7" w:rsidP="00C20DE7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Width: 21.59 cm</w:t>
      </w:r>
    </w:p>
    <w:p w14:paraId="3E04FB30" w14:textId="77777777" w:rsidR="00C20DE7" w:rsidRPr="004B6B2E" w:rsidRDefault="00C20DE7" w:rsidP="00C20DE7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Height: 27.94 cm</w:t>
      </w:r>
    </w:p>
    <w:p w14:paraId="60253C86" w14:textId="77777777" w:rsidR="00C20DE7" w:rsidRPr="004B6B2E" w:rsidRDefault="00C20DE7" w:rsidP="00C20DE7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Width: 215.9 mm</w:t>
      </w:r>
    </w:p>
    <w:p w14:paraId="194F2258" w14:textId="4BD44702" w:rsidR="00C20DE7" w:rsidRPr="004B6B2E" w:rsidRDefault="00C20DE7" w:rsidP="009E7DC1">
      <w:pPr>
        <w:spacing w:after="16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Height: 279.4 mm</w:t>
      </w:r>
    </w:p>
    <w:p w14:paraId="0BE53D13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Orientation: Portrait</w:t>
      </w:r>
    </w:p>
    <w:p w14:paraId="7464B0BB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55DCE3ED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Page Layout: Two Columns</w:t>
      </w:r>
    </w:p>
    <w:p w14:paraId="1620EDD1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85021ED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Main Text Layout: Two Columns</w:t>
      </w:r>
    </w:p>
    <w:p w14:paraId="05324104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73F4E79A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Title and Abstract Layout: Single Column</w:t>
      </w:r>
    </w:p>
    <w:p w14:paraId="15660525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5E01C3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Paper Standard: Canadian Letter Size</w:t>
      </w:r>
    </w:p>
    <w:p w14:paraId="01A6E6D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7AF26173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Page Size Setting in Word: Letter</w:t>
      </w:r>
    </w:p>
    <w:p w14:paraId="3F918472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4C92DE9B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Header: Enabled</w:t>
      </w:r>
    </w:p>
    <w:p w14:paraId="3972CE4E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46152B1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Footer: Enabled</w:t>
      </w:r>
    </w:p>
    <w:p w14:paraId="24AE074D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435AD4E3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Main Text Alignment: Justified</w:t>
      </w:r>
    </w:p>
    <w:p w14:paraId="0EA5DFFC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C8E8005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Table Body Font: Calibri</w:t>
      </w:r>
    </w:p>
    <w:p w14:paraId="51D1FF81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043E0D8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Table Body Font Size: 8.5–9 pt</w:t>
      </w:r>
    </w:p>
    <w:p w14:paraId="47155DF0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19C1A51F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Table Layout: Editable</w:t>
      </w:r>
    </w:p>
    <w:p w14:paraId="34E84B7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4EA3C65B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Table Borders: No Vertical Borders</w:t>
      </w:r>
    </w:p>
    <w:p w14:paraId="7BFD7EC0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46F488F5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Figure Quality: High Resolution</w:t>
      </w:r>
    </w:p>
    <w:p w14:paraId="2E36E690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78F4D710" w14:textId="77777777" w:rsidR="009A42A4" w:rsidRDefault="009A42A4" w:rsidP="00C20DE7">
      <w:pPr>
        <w:spacing w:after="0"/>
        <w:rPr>
          <w:rFonts w:asciiTheme="majorHAnsi" w:hAnsiTheme="majorHAnsi" w:cstheme="majorHAnsi"/>
          <w:szCs w:val="20"/>
        </w:rPr>
        <w:sectPr w:rsidR="009A42A4" w:rsidSect="009A42A4">
          <w:type w:val="continuous"/>
          <w:pgSz w:w="12240" w:h="15840"/>
          <w:pgMar w:top="1008" w:right="1080" w:bottom="864" w:left="1080" w:header="432" w:footer="432" w:gutter="0"/>
          <w:cols w:num="2" w:space="720"/>
          <w:docGrid w:linePitch="360"/>
        </w:sectPr>
      </w:pPr>
    </w:p>
    <w:p w14:paraId="0B37E7B3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lastRenderedPageBreak/>
        <w:t>Figure Captions: Below the Figure</w:t>
      </w:r>
    </w:p>
    <w:p w14:paraId="7AC07924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44F46658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Figure Alignment: Centered</w:t>
      </w:r>
    </w:p>
    <w:p w14:paraId="6F071901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7E572FCC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Figure Labels: Readable After Final Reduction</w:t>
      </w:r>
    </w:p>
    <w:p w14:paraId="71D1AFA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144C6DF7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Reference Style: APA 7th Edition</w:t>
      </w:r>
    </w:p>
    <w:p w14:paraId="53235D8B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EC87BE9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Abstract: Maximum 300 Words</w:t>
      </w:r>
    </w:p>
    <w:p w14:paraId="3C464807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6F45F8BA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Keywords: 5 Keywords</w:t>
      </w:r>
    </w:p>
    <w:p w14:paraId="6A63DCA5" w14:textId="77777777" w:rsidR="00C20DE7" w:rsidRPr="004B6B2E" w:rsidRDefault="00C20DE7" w:rsidP="00C20DE7">
      <w:pPr>
        <w:spacing w:after="160"/>
        <w:rPr>
          <w:rFonts w:asciiTheme="majorHAnsi" w:hAnsiTheme="majorHAnsi" w:cstheme="majorHAnsi"/>
          <w:szCs w:val="20"/>
        </w:rPr>
      </w:pPr>
    </w:p>
    <w:p w14:paraId="1414A77F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Main Sections:</w:t>
      </w:r>
    </w:p>
    <w:p w14:paraId="776A68C8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4842C2F5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1 Introduction</w:t>
      </w:r>
    </w:p>
    <w:p w14:paraId="443E060C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2 Materials and Methods</w:t>
      </w:r>
    </w:p>
    <w:p w14:paraId="1A7ADA6C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3 Results</w:t>
      </w:r>
    </w:p>
    <w:p w14:paraId="761A0F7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4 Discussion</w:t>
      </w:r>
    </w:p>
    <w:p w14:paraId="60D024D7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5 Conclusion</w:t>
      </w:r>
    </w:p>
    <w:p w14:paraId="2C22396D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Acknowledgements</w:t>
      </w:r>
    </w:p>
    <w:p w14:paraId="3801E4F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Funding</w:t>
      </w:r>
    </w:p>
    <w:p w14:paraId="3BB98D74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Author Contributions</w:t>
      </w:r>
    </w:p>
    <w:p w14:paraId="58747E0B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Conflicts of Interest</w:t>
      </w:r>
    </w:p>
    <w:p w14:paraId="0814633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Ethics Approval and Consent to Participate</w:t>
      </w:r>
    </w:p>
    <w:p w14:paraId="112EC1B9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Data Availability Statement</w:t>
      </w:r>
    </w:p>
    <w:p w14:paraId="49CA8509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Appendices</w:t>
      </w:r>
    </w:p>
    <w:p w14:paraId="795E9843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="Arial" w:hAnsi="Arial" w:cs="Arial"/>
          <w:szCs w:val="20"/>
        </w:rPr>
        <w:t>■</w:t>
      </w:r>
      <w:r w:rsidRPr="004B6B2E">
        <w:rPr>
          <w:rFonts w:asciiTheme="majorHAnsi" w:hAnsiTheme="majorHAnsi" w:cstheme="majorHAnsi"/>
          <w:szCs w:val="20"/>
        </w:rPr>
        <w:t xml:space="preserve"> References</w:t>
      </w:r>
    </w:p>
    <w:p w14:paraId="3D04350E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65743785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Subsections:</w:t>
      </w:r>
    </w:p>
    <w:p w14:paraId="3682D690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546E25B5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2.1 Study Design</w:t>
      </w:r>
    </w:p>
    <w:p w14:paraId="20A970F7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2.2 Participants, Materials, or Data Sources</w:t>
      </w:r>
    </w:p>
    <w:p w14:paraId="1F5F6FE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2.3 Data Collection</w:t>
      </w:r>
    </w:p>
    <w:p w14:paraId="347A72E2" w14:textId="62E903DB" w:rsidR="00902585" w:rsidRDefault="00C20DE7" w:rsidP="00902585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2.4 Data Analysis</w:t>
      </w:r>
    </w:p>
    <w:p w14:paraId="0FC9ACF2" w14:textId="77777777" w:rsidR="00902585" w:rsidRPr="004B6B2E" w:rsidRDefault="00902585" w:rsidP="00C20DE7">
      <w:pPr>
        <w:spacing w:after="0"/>
        <w:rPr>
          <w:rFonts w:asciiTheme="majorHAnsi" w:hAnsiTheme="majorHAnsi" w:cstheme="majorHAnsi"/>
          <w:szCs w:val="20"/>
        </w:rPr>
      </w:pPr>
    </w:p>
    <w:p w14:paraId="6861B1CD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2.5 Ethical Considerations</w:t>
      </w:r>
    </w:p>
    <w:p w14:paraId="06EEFF29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3.1 Primary Findings</w:t>
      </w:r>
    </w:p>
    <w:p w14:paraId="19BF7AC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3.2 Secondary Findings</w:t>
      </w:r>
    </w:p>
    <w:p w14:paraId="61D5BE37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4.1 Interpretation of Findings</w:t>
      </w:r>
    </w:p>
    <w:p w14:paraId="5FEF3E5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4.2 Comparison with Previous Research</w:t>
      </w:r>
    </w:p>
    <w:p w14:paraId="78375AD5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▪ 4.3 Limitations</w:t>
      </w:r>
    </w:p>
    <w:p w14:paraId="7EA4854D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89AD8C8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Article Type Label: Research ARTICLE</w:t>
      </w:r>
    </w:p>
    <w:p w14:paraId="377B233C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0A037F94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Header Information:</w:t>
      </w:r>
    </w:p>
    <w:p w14:paraId="43420EE2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5841BDD4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www.ajsi.org | AJSI Journal | Issue [X] | Volume [X] | [Month Year] | [xx–xx]</w:t>
      </w:r>
    </w:p>
    <w:p w14:paraId="6D1C640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75363D9A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Footer Information:</w:t>
      </w:r>
    </w:p>
    <w:p w14:paraId="3CE62DB7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65748731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www.ajsi.org | Advanced Journal of Science and Innovation (AJSI)</w:t>
      </w:r>
    </w:p>
    <w:p w14:paraId="4273481B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</w:p>
    <w:p w14:paraId="5BA1FD76" w14:textId="77777777" w:rsidR="00C20DE7" w:rsidRPr="004B6B2E" w:rsidRDefault="00C20DE7" w:rsidP="00C20DE7">
      <w:pPr>
        <w:spacing w:after="0"/>
        <w:rPr>
          <w:rFonts w:asciiTheme="majorHAnsi" w:hAnsiTheme="majorHAnsi" w:cstheme="majorHAnsi"/>
          <w:szCs w:val="20"/>
        </w:rPr>
      </w:pPr>
      <w:r w:rsidRPr="004B6B2E">
        <w:rPr>
          <w:rFonts w:asciiTheme="majorHAnsi" w:hAnsiTheme="majorHAnsi" w:cstheme="majorHAnsi"/>
          <w:szCs w:val="20"/>
        </w:rPr>
        <w:t>License: Creative Commons Attribution 4.0 International License</w:t>
      </w:r>
    </w:p>
    <w:p w14:paraId="26A0C775" w14:textId="27ED763B" w:rsidR="008258C1" w:rsidRPr="004B6B2E" w:rsidRDefault="008258C1">
      <w:pPr>
        <w:spacing w:after="160"/>
        <w:rPr>
          <w:rFonts w:asciiTheme="majorHAnsi" w:hAnsiTheme="majorHAnsi" w:cstheme="majorHAnsi"/>
          <w:sz w:val="18"/>
        </w:rPr>
      </w:pPr>
    </w:p>
    <w:p w14:paraId="63EB88BB" w14:textId="77777777" w:rsidR="009A42A4" w:rsidRDefault="009A42A4">
      <w:pPr>
        <w:spacing w:after="160"/>
        <w:rPr>
          <w:rFonts w:asciiTheme="majorHAnsi" w:hAnsiTheme="majorHAnsi" w:cstheme="majorHAnsi"/>
          <w:sz w:val="18"/>
        </w:rPr>
        <w:sectPr w:rsidR="009A42A4" w:rsidSect="009A42A4">
          <w:type w:val="continuous"/>
          <w:pgSz w:w="12240" w:h="15840"/>
          <w:pgMar w:top="1008" w:right="1080" w:bottom="864" w:left="1080" w:header="432" w:footer="432" w:gutter="0"/>
          <w:cols w:num="2" w:space="720"/>
          <w:docGrid w:linePitch="360"/>
        </w:sectPr>
      </w:pPr>
    </w:p>
    <w:p w14:paraId="6C63B936" w14:textId="5BDD6AA2" w:rsidR="008258C1" w:rsidRPr="004B6B2E" w:rsidRDefault="009A42A4">
      <w:pPr>
        <w:spacing w:after="160"/>
        <w:rPr>
          <w:rFonts w:asciiTheme="majorHAnsi" w:hAnsiTheme="majorHAnsi" w:cstheme="majorHAnsi"/>
        </w:rPr>
      </w:pPr>
      <w:r w:rsidRPr="004B6B2E">
        <w:rPr>
          <w:rFonts w:asciiTheme="majorHAnsi" w:hAnsiTheme="majorHAnsi" w:cstheme="majorHAnsi"/>
          <w:noProof/>
          <w:sz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50A157" wp14:editId="284A744D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6315710" cy="0"/>
                <wp:effectExtent l="50800" t="38100" r="34290" b="76200"/>
                <wp:wrapNone/>
                <wp:docPr id="1132303933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71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B4ED49" id="Straight Connector 1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pt" to="497.3pt,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" strokecolor="#17365d [2415]" strokeweight="1.5pt">
                <v:shadow on="t" color="black" opacity="22937f" origin=",.5" offset="0,.63889mm"/>
              </v:line>
            </w:pict>
          </mc:Fallback>
        </mc:AlternateContent>
      </w:r>
    </w:p>
    <w:p w14:paraId="56F04C4A" w14:textId="3FD51370" w:rsidR="00881947" w:rsidRPr="004B6B2E" w:rsidRDefault="00881947" w:rsidP="00881947">
      <w:pPr>
        <w:rPr>
          <w:rFonts w:asciiTheme="majorHAnsi" w:hAnsiTheme="majorHAnsi" w:cstheme="majorHAnsi"/>
        </w:rPr>
      </w:pPr>
    </w:p>
    <w:p w14:paraId="5EC10CB2" w14:textId="36E1927D" w:rsidR="00881947" w:rsidRPr="004B6B2E" w:rsidRDefault="00881947" w:rsidP="00881947">
      <w:pPr>
        <w:rPr>
          <w:rFonts w:asciiTheme="majorHAnsi" w:hAnsiTheme="majorHAnsi" w:cstheme="majorHAnsi"/>
        </w:rPr>
      </w:pPr>
    </w:p>
    <w:p w14:paraId="3A886A17" w14:textId="77777777" w:rsidR="00881947" w:rsidRPr="004B6B2E" w:rsidRDefault="00881947" w:rsidP="00881947">
      <w:pPr>
        <w:rPr>
          <w:rFonts w:asciiTheme="majorHAnsi" w:hAnsiTheme="majorHAnsi" w:cstheme="majorHAnsi"/>
        </w:rPr>
      </w:pPr>
    </w:p>
    <w:p w14:paraId="1B49557D" w14:textId="77777777" w:rsidR="00881947" w:rsidRPr="004B6B2E" w:rsidRDefault="00881947" w:rsidP="00881947">
      <w:pPr>
        <w:rPr>
          <w:rFonts w:asciiTheme="majorHAnsi" w:hAnsiTheme="majorHAnsi" w:cstheme="majorHAnsi"/>
        </w:rPr>
      </w:pPr>
    </w:p>
    <w:p w14:paraId="1B2E6A0B" w14:textId="77777777" w:rsidR="00881947" w:rsidRPr="004B6B2E" w:rsidRDefault="00881947" w:rsidP="00881947">
      <w:pPr>
        <w:rPr>
          <w:rFonts w:asciiTheme="majorHAnsi" w:hAnsiTheme="majorHAnsi" w:cstheme="majorHAnsi"/>
        </w:rPr>
      </w:pPr>
    </w:p>
    <w:p w14:paraId="467FF19D" w14:textId="77777777" w:rsidR="00881947" w:rsidRPr="004B6B2E" w:rsidRDefault="00881947" w:rsidP="00881947">
      <w:pPr>
        <w:rPr>
          <w:rFonts w:asciiTheme="majorHAnsi" w:hAnsiTheme="majorHAnsi" w:cstheme="majorHAnsi"/>
        </w:rPr>
      </w:pPr>
    </w:p>
    <w:p w14:paraId="7D9BC9CF" w14:textId="77777777" w:rsidR="00881947" w:rsidRPr="004B6B2E" w:rsidRDefault="00881947" w:rsidP="00881947">
      <w:pPr>
        <w:rPr>
          <w:rFonts w:asciiTheme="majorHAnsi" w:hAnsiTheme="majorHAnsi" w:cstheme="majorHAnsi"/>
        </w:rPr>
      </w:pPr>
    </w:p>
    <w:sectPr w:rsidR="00881947" w:rsidRPr="004B6B2E" w:rsidSect="009A42A4">
      <w:type w:val="continuous"/>
      <w:pgSz w:w="12240" w:h="15840"/>
      <w:pgMar w:top="1008" w:right="1080" w:bottom="864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7C3A15" w14:textId="77777777" w:rsidR="00D552E5" w:rsidRDefault="00D552E5">
      <w:pPr>
        <w:spacing w:after="0"/>
      </w:pPr>
      <w:r>
        <w:separator/>
      </w:r>
    </w:p>
  </w:endnote>
  <w:endnote w:type="continuationSeparator" w:id="0">
    <w:p w14:paraId="00A21D8F" w14:textId="77777777" w:rsidR="00D552E5" w:rsidRDefault="00D552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6739338"/>
      <w:docPartObj>
        <w:docPartGallery w:val="Page Numbers (Bottom of Page)"/>
        <w:docPartUnique/>
      </w:docPartObj>
    </w:sdtPr>
    <w:sdtContent>
      <w:p w14:paraId="343C4A94" w14:textId="28CE63AA" w:rsidR="0008653B" w:rsidRDefault="0008653B" w:rsidP="009025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316</w:t>
        </w:r>
        <w:r>
          <w:rPr>
            <w:rStyle w:val="PageNumber"/>
          </w:rPr>
          <w:fldChar w:fldCharType="end"/>
        </w:r>
      </w:p>
    </w:sdtContent>
  </w:sdt>
  <w:p w14:paraId="0EE9A3C4" w14:textId="095C8011" w:rsidR="0008653B" w:rsidRPr="001C57DF" w:rsidRDefault="0008653B" w:rsidP="009E7DC1">
    <w:pPr>
      <w:pStyle w:val="Footer"/>
      <w:ind w:right="360"/>
      <w:rPr>
        <w:rFonts w:ascii="Garamond" w:eastAsia="Brush Script MT" w:hAnsi="Garamond" w:cstheme="majorHAnsi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1638159"/>
      <w:docPartObj>
        <w:docPartGallery w:val="Page Numbers (Bottom of Page)"/>
        <w:docPartUnique/>
      </w:docPartObj>
    </w:sdtPr>
    <w:sdtContent>
      <w:p w14:paraId="2657160B" w14:textId="31B28613" w:rsidR="0008653B" w:rsidRDefault="0008653B" w:rsidP="009025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600E33B" w14:textId="1B3049F4" w:rsidR="00C23527" w:rsidRPr="008C727B" w:rsidRDefault="00C23527" w:rsidP="009E7DC1">
    <w:pPr>
      <w:pStyle w:val="Footer"/>
      <w:ind w:right="360"/>
      <w:jc w:val="center"/>
      <w:rPr>
        <w:color w:val="0F243E" w:themeColor="text2" w:themeShade="8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A3630" w14:textId="2F28E76A" w:rsidR="005A3598" w:rsidRDefault="005A3598" w:rsidP="005A3598">
    <w:pPr>
      <w:pStyle w:val="Footer"/>
      <w:tabs>
        <w:tab w:val="clear" w:pos="4680"/>
        <w:tab w:val="clear" w:pos="9360"/>
        <w:tab w:val="left" w:pos="7475"/>
      </w:tabs>
    </w:pP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96960380"/>
      <w:docPartObj>
        <w:docPartGallery w:val="Page Numbers (Bottom of Page)"/>
        <w:docPartUnique/>
      </w:docPartObj>
    </w:sdtPr>
    <w:sdtContent>
      <w:p w14:paraId="032D9257" w14:textId="77777777" w:rsidR="009E7DC1" w:rsidRDefault="009E7DC1" w:rsidP="00D73245">
        <w:pPr>
          <w:pStyle w:val="Footer"/>
          <w:framePr w:wrap="none" w:vAnchor="text" w:hAnchor="margin" w:xAlign="outside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316</w:t>
        </w:r>
        <w:r>
          <w:rPr>
            <w:rStyle w:val="PageNumber"/>
          </w:rPr>
          <w:fldChar w:fldCharType="end"/>
        </w:r>
      </w:p>
    </w:sdtContent>
  </w:sdt>
  <w:p w14:paraId="583FB456" w14:textId="70A1E34F" w:rsidR="009E7DC1" w:rsidRPr="001C57DF" w:rsidRDefault="009E7DC1" w:rsidP="009E7DC1">
    <w:pPr>
      <w:pStyle w:val="Footer"/>
      <w:ind w:right="360"/>
      <w:rPr>
        <w:rFonts w:ascii="Garamond" w:eastAsia="Brush Script MT" w:hAnsi="Garamond" w:cstheme="majorHAns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76B59D" w14:textId="77777777" w:rsidR="00D552E5" w:rsidRDefault="00D552E5">
      <w:pPr>
        <w:spacing w:after="0"/>
      </w:pPr>
      <w:r>
        <w:separator/>
      </w:r>
    </w:p>
  </w:footnote>
  <w:footnote w:type="continuationSeparator" w:id="0">
    <w:p w14:paraId="02886862" w14:textId="77777777" w:rsidR="00D552E5" w:rsidRDefault="00D552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E8713" w14:textId="77777777" w:rsidR="001C57DF" w:rsidRPr="0008653B" w:rsidRDefault="001C57DF" w:rsidP="001C57DF">
    <w:pPr>
      <w:pStyle w:val="Footer"/>
      <w:ind w:right="360" w:firstLine="360"/>
      <w:jc w:val="center"/>
      <w:rPr>
        <w:rFonts w:ascii="Garamond" w:eastAsia="Brush Script MT" w:hAnsi="Garamond" w:cstheme="majorHAnsi"/>
        <w:i/>
        <w:iCs/>
        <w:sz w:val="28"/>
        <w:szCs w:val="28"/>
      </w:rPr>
    </w:pPr>
    <w:r w:rsidRPr="0008653B">
      <w:rPr>
        <w:rFonts w:ascii="Garamond" w:eastAsia="Brush Script MT" w:hAnsi="Garamond" w:cstheme="majorHAnsi"/>
        <w:i/>
        <w:iCs/>
        <w:sz w:val="28"/>
        <w:szCs w:val="28"/>
      </w:rPr>
      <w:t>Authors Name</w:t>
    </w:r>
  </w:p>
  <w:p w14:paraId="60C31240" w14:textId="77777777" w:rsidR="007E1399" w:rsidRDefault="007E1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55ED3E" w14:textId="77777777" w:rsidR="001C57DF" w:rsidRPr="0008653B" w:rsidRDefault="001C57DF" w:rsidP="001C57DF">
    <w:pPr>
      <w:pStyle w:val="Footer"/>
      <w:ind w:right="360" w:firstLine="360"/>
      <w:jc w:val="center"/>
      <w:rPr>
        <w:rFonts w:ascii="Garamond" w:eastAsia="Brush Script MT" w:hAnsi="Garamond" w:cstheme="majorHAnsi"/>
        <w:i/>
        <w:iCs/>
        <w:sz w:val="28"/>
        <w:szCs w:val="28"/>
      </w:rPr>
    </w:pPr>
    <w:r w:rsidRPr="0008653B">
      <w:rPr>
        <w:rFonts w:ascii="Garamond" w:eastAsia="Brush Script MT" w:hAnsi="Garamond" w:cstheme="majorHAnsi"/>
        <w:i/>
        <w:iCs/>
        <w:sz w:val="28"/>
        <w:szCs w:val="28"/>
      </w:rPr>
      <w:t>Authors Name</w:t>
    </w:r>
  </w:p>
  <w:p w14:paraId="3627E839" w14:textId="77777777" w:rsidR="007E1399" w:rsidRDefault="007E13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F8F118" w14:textId="12A20BBD" w:rsidR="008258C1" w:rsidRPr="00996FCD" w:rsidRDefault="009848C5" w:rsidP="0015562B">
    <w:pPr>
      <w:pStyle w:val="Heading5"/>
      <w:jc w:val="center"/>
      <w:rPr>
        <w:rStyle w:val="Strong"/>
        <w:rFonts w:asciiTheme="majorBidi" w:hAnsiTheme="majorBid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883D3B6" wp14:editId="5D37CE90">
              <wp:simplePos x="0" y="0"/>
              <wp:positionH relativeFrom="column">
                <wp:posOffset>1946910</wp:posOffset>
              </wp:positionH>
              <wp:positionV relativeFrom="paragraph">
                <wp:posOffset>77682</wp:posOffset>
              </wp:positionV>
              <wp:extent cx="2766060" cy="431800"/>
              <wp:effectExtent l="0" t="0" r="15240" b="12700"/>
              <wp:wrapSquare wrapText="bothSides"/>
              <wp:docPr id="2041589143" name="Rectangle 1921434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66060" cy="431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2F064B5C" w14:textId="4656824A" w:rsidR="009848C5" w:rsidRDefault="009848C5" w:rsidP="009848C5">
                          <w:pPr>
                            <w:spacing w:after="0"/>
                            <w:jc w:val="center"/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</w:pPr>
                          <w:r w:rsidRPr="009848C5"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  <w:t xml:space="preserve">ISSN: </w:t>
                          </w:r>
                          <w:r w:rsidR="00455DFF"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  <w:t>xxxx,xxxx</w:t>
                          </w:r>
                        </w:p>
                        <w:p w14:paraId="62AD52EC" w14:textId="3AE2EF62" w:rsidR="009848C5" w:rsidRPr="009848C5" w:rsidRDefault="009848C5" w:rsidP="009848C5">
                          <w:pPr>
                            <w:spacing w:after="0"/>
                            <w:jc w:val="center"/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</w:pPr>
                          <w:r w:rsidRPr="009848C5"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  <w:t>Issue [X] | Volume [X] | [Month Year] [</w:t>
                          </w:r>
                          <w:proofErr w:type="spellStart"/>
                          <w:r w:rsidRPr="009848C5"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  <w:t>Xx</w:t>
                          </w:r>
                          <w:proofErr w:type="spellEnd"/>
                          <w:r w:rsidRPr="009848C5"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  <w:t>–</w:t>
                          </w:r>
                          <w:proofErr w:type="spellStart"/>
                          <w:r w:rsidRPr="009848C5"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  <w:t>Xx</w:t>
                          </w:r>
                          <w:proofErr w:type="spellEnd"/>
                          <w:r w:rsidRPr="009848C5"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  <w:t>] |</w:t>
                          </w:r>
                        </w:p>
                        <w:p w14:paraId="73A02B62" w14:textId="77777777" w:rsidR="009848C5" w:rsidRPr="009848C5" w:rsidRDefault="009848C5" w:rsidP="009848C5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</w:pPr>
                        </w:p>
                        <w:p w14:paraId="4067008C" w14:textId="77777777" w:rsidR="009848C5" w:rsidRDefault="009848C5" w:rsidP="009848C5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color w:val="17365D" w:themeColor="text2" w:themeShade="BF"/>
                              <w:szCs w:val="20"/>
                              <w14:props3d w14:extrusionH="0" w14:contourW="1270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</w:pPr>
                        </w:p>
                        <w:p w14:paraId="3C9D1891" w14:textId="77777777" w:rsidR="009848C5" w:rsidRPr="00F71F21" w:rsidRDefault="009848C5" w:rsidP="009848C5">
                          <w:pPr>
                            <w:jc w:val="center"/>
                            <w:rPr>
                              <w:color w:val="000000" w:themeColor="text1"/>
                              <w14:props3d w14:extrusionH="0" w14:contourW="0" w14:prstMaterial="none">
                                <w14:contourClr>
                                  <w14:srgbClr w14:val="00204F"/>
                                </w14:contourClr>
                              </w14:props3d>
                            </w:rPr>
                          </w:pPr>
                        </w:p>
                      </w:txbxContent>
                    </wps:txbx>
                    <wps:bodyPr horzOverflow="overflow" vert="horz" wrap="square" lIns="0" tIns="0" rIns="0" bIns="0" rtlCol="0">
                      <a:noAutofi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rgbClr val="00204F"/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83D3B6" id="Rectangle 1921434031" o:spid="_x0000_s1029" style="position:absolute;left:0;text-align:left;margin-left:153.3pt;margin-top:6.1pt;width:217.8pt;height: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" fillcolor="white [3212]" strokecolor="white [3212]">
              <v:textbox inset="0,0,0,0">
                <w:txbxContent>
                  <w:p w14:paraId="2F064B5C" w14:textId="4656824A" w:rsidR="009848C5" w:rsidRDefault="009848C5" w:rsidP="009848C5">
                    <w:pPr>
                      <w:spacing w:after="0"/>
                      <w:jc w:val="center"/>
                      <w:rPr>
                        <w:rFonts w:cs="Calibri"/>
                        <w:b/>
                        <w:bCs/>
                        <w:color w:val="17365D" w:themeColor="text2" w:themeShade="BF"/>
                        <w:sz w:val="28"/>
                        <w:szCs w:val="28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</w:pPr>
                    <w:r w:rsidRPr="009848C5">
                      <w:rPr>
                        <w:rFonts w:cs="Calibri"/>
                        <w:b/>
                        <w:bCs/>
                        <w:color w:val="17365D" w:themeColor="text2" w:themeShade="BF"/>
                        <w:sz w:val="28"/>
                        <w:szCs w:val="28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  <w:t xml:space="preserve">ISSN: </w:t>
                    </w:r>
                    <w:r w:rsidR="00455DFF">
                      <w:rPr>
                        <w:rFonts w:cs="Calibri"/>
                        <w:b/>
                        <w:bCs/>
                        <w:color w:val="17365D" w:themeColor="text2" w:themeShade="BF"/>
                        <w:sz w:val="28"/>
                        <w:szCs w:val="28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  <w:t>xxxx,xxxx</w:t>
                    </w:r>
                  </w:p>
                  <w:p w14:paraId="62AD52EC" w14:textId="3AE2EF62" w:rsidR="009848C5" w:rsidRPr="009848C5" w:rsidRDefault="009848C5" w:rsidP="009848C5">
                    <w:pPr>
                      <w:spacing w:after="0"/>
                      <w:jc w:val="center"/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</w:pPr>
                    <w:r w:rsidRPr="009848C5"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  <w:t>Issue [X] | Volume [X] | [Month Year] [</w:t>
                    </w:r>
                    <w:proofErr w:type="spellStart"/>
                    <w:r w:rsidRPr="009848C5"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  <w:t>Xx</w:t>
                    </w:r>
                    <w:proofErr w:type="spellEnd"/>
                    <w:r w:rsidRPr="009848C5"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  <w:t>–</w:t>
                    </w:r>
                    <w:proofErr w:type="spellStart"/>
                    <w:r w:rsidRPr="009848C5"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  <w:t>Xx</w:t>
                    </w:r>
                    <w:proofErr w:type="spellEnd"/>
                    <w:r w:rsidRPr="009848C5"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  <w:t>] |</w:t>
                    </w:r>
                  </w:p>
                  <w:p w14:paraId="73A02B62" w14:textId="77777777" w:rsidR="009848C5" w:rsidRPr="009848C5" w:rsidRDefault="009848C5" w:rsidP="009848C5">
                    <w:pPr>
                      <w:jc w:val="center"/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</w:pPr>
                  </w:p>
                  <w:p w14:paraId="4067008C" w14:textId="77777777" w:rsidR="009848C5" w:rsidRDefault="009848C5" w:rsidP="009848C5">
                    <w:pPr>
                      <w:jc w:val="center"/>
                      <w:rPr>
                        <w:rFonts w:cs="Calibri"/>
                        <w:b/>
                        <w:bCs/>
                        <w:color w:val="17365D" w:themeColor="text2" w:themeShade="BF"/>
                        <w:szCs w:val="20"/>
                        <w14:props3d w14:extrusionH="0" w14:contourW="12700" w14:prstMaterial="none">
                          <w14:contourClr>
                            <w14:srgbClr w14:val="00204F"/>
                          </w14:contourClr>
                        </w14:props3d>
                      </w:rPr>
                    </w:pPr>
                  </w:p>
                  <w:p w14:paraId="3C9D1891" w14:textId="77777777" w:rsidR="009848C5" w:rsidRPr="00F71F21" w:rsidRDefault="009848C5" w:rsidP="009848C5">
                    <w:pPr>
                      <w:jc w:val="center"/>
                      <w:rPr>
                        <w:color w:val="000000" w:themeColor="text1"/>
                        <w14:props3d w14:extrusionH="0" w14:contourW="0" w14:prstMaterial="none">
                          <w14:contourClr>
                            <w14:srgbClr w14:val="00204F"/>
                          </w14:contourClr>
                        </w14:props3d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 w:rsidR="0015562B" w:rsidRPr="008C727B">
      <w:rPr>
        <w:noProof/>
        <w:color w:val="0F243E" w:themeColor="text2" w:themeShade="80"/>
      </w:rPr>
      <w:drawing>
        <wp:anchor distT="0" distB="0" distL="114300" distR="114300" simplePos="0" relativeHeight="251672576" behindDoc="0" locked="0" layoutInCell="1" allowOverlap="1" wp14:anchorId="426F56A4" wp14:editId="394B239D">
          <wp:simplePos x="0" y="0"/>
          <wp:positionH relativeFrom="column">
            <wp:posOffset>5188585</wp:posOffset>
          </wp:positionH>
          <wp:positionV relativeFrom="paragraph">
            <wp:posOffset>215265</wp:posOffset>
          </wp:positionV>
          <wp:extent cx="770255" cy="257810"/>
          <wp:effectExtent l="0" t="0" r="4445" b="0"/>
          <wp:wrapSquare wrapText="bothSides"/>
          <wp:docPr id="866983596" name="Picture 18" descr="Creative Commons Attribution 4.0 International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15864" name="Picture 18" descr="Creative Commons Attribution 4.0 International Lic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257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62B">
      <w:rPr>
        <w:noProof/>
      </w:rPr>
      <w:drawing>
        <wp:anchor distT="0" distB="0" distL="114300" distR="114300" simplePos="0" relativeHeight="251666432" behindDoc="0" locked="0" layoutInCell="1" allowOverlap="1" wp14:anchorId="7CC6F281" wp14:editId="4B40F71B">
          <wp:simplePos x="0" y="0"/>
          <wp:positionH relativeFrom="column">
            <wp:posOffset>5992918</wp:posOffset>
          </wp:positionH>
          <wp:positionV relativeFrom="paragraph">
            <wp:posOffset>82550</wp:posOffset>
          </wp:positionV>
          <wp:extent cx="447675" cy="447675"/>
          <wp:effectExtent l="0" t="0" r="0" b="0"/>
          <wp:wrapSquare wrapText="bothSides"/>
          <wp:docPr id="306645836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893440" name="Picture 9368934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4767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3598" w:rsidRPr="00996FCD">
      <w:rPr>
        <w:rStyle w:val="Strong"/>
        <w:rFonts w:asciiTheme="majorBidi" w:hAnsiTheme="majorBidi"/>
        <w:noProof/>
      </w:rPr>
      <w:drawing>
        <wp:anchor distT="0" distB="0" distL="114300" distR="114300" simplePos="0" relativeHeight="251662336" behindDoc="0" locked="0" layoutInCell="1" allowOverlap="1" wp14:anchorId="3D8F7E02" wp14:editId="1847CA95">
          <wp:simplePos x="0" y="0"/>
          <wp:positionH relativeFrom="column">
            <wp:posOffset>-113665</wp:posOffset>
          </wp:positionH>
          <wp:positionV relativeFrom="paragraph">
            <wp:posOffset>-194614</wp:posOffset>
          </wp:positionV>
          <wp:extent cx="1891665" cy="755015"/>
          <wp:effectExtent l="0" t="0" r="0" b="0"/>
          <wp:wrapSquare wrapText="bothSides"/>
          <wp:docPr id="1212594348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901228" name="Picture 82490122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1665" cy="755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B1D3B" w14:textId="7589BB92" w:rsidR="008258C1" w:rsidRDefault="006F32DC">
    <w:pPr>
      <w:pStyle w:val="Header"/>
    </w:pPr>
    <w:r w:rsidRPr="004B6B2E">
      <w:rPr>
        <w:rFonts w:asciiTheme="majorHAnsi" w:hAnsiTheme="majorHAnsi" w:cstheme="majorHAnsi"/>
        <w:noProof/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7366F2" wp14:editId="1C380941">
              <wp:simplePos x="0" y="0"/>
              <wp:positionH relativeFrom="column">
                <wp:posOffset>-4445</wp:posOffset>
              </wp:positionH>
              <wp:positionV relativeFrom="paragraph">
                <wp:posOffset>254000</wp:posOffset>
              </wp:positionV>
              <wp:extent cx="6397625" cy="0"/>
              <wp:effectExtent l="50800" t="38100" r="28575" b="76200"/>
              <wp:wrapNone/>
              <wp:docPr id="43958129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9762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91F458" id="Straight Connector 1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0pt" to="503.4pt,2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" strokecolor="#17365d [2415]" strokeweight="1.5pt">
              <v:shadow on="t" color="black" opacity="22937f" origin=",.5" offset="0,.63889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7235453">
    <w:abstractNumId w:val="8"/>
  </w:num>
  <w:num w:numId="2" w16cid:durableId="33387682">
    <w:abstractNumId w:val="6"/>
  </w:num>
  <w:num w:numId="3" w16cid:durableId="444347851">
    <w:abstractNumId w:val="5"/>
  </w:num>
  <w:num w:numId="4" w16cid:durableId="1562904729">
    <w:abstractNumId w:val="4"/>
  </w:num>
  <w:num w:numId="5" w16cid:durableId="1996302971">
    <w:abstractNumId w:val="7"/>
  </w:num>
  <w:num w:numId="6" w16cid:durableId="1504583295">
    <w:abstractNumId w:val="3"/>
  </w:num>
  <w:num w:numId="7" w16cid:durableId="1965772467">
    <w:abstractNumId w:val="2"/>
  </w:num>
  <w:num w:numId="8" w16cid:durableId="269821545">
    <w:abstractNumId w:val="1"/>
  </w:num>
  <w:num w:numId="9" w16cid:durableId="5982910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DC8"/>
    <w:rsid w:val="00034616"/>
    <w:rsid w:val="00055C41"/>
    <w:rsid w:val="0006063C"/>
    <w:rsid w:val="0008653B"/>
    <w:rsid w:val="000B523D"/>
    <w:rsid w:val="000C66D4"/>
    <w:rsid w:val="0015074B"/>
    <w:rsid w:val="0015562B"/>
    <w:rsid w:val="00174D57"/>
    <w:rsid w:val="001A547E"/>
    <w:rsid w:val="001C57DF"/>
    <w:rsid w:val="002168BA"/>
    <w:rsid w:val="00290E38"/>
    <w:rsid w:val="0029639D"/>
    <w:rsid w:val="0029723F"/>
    <w:rsid w:val="002A49D0"/>
    <w:rsid w:val="002B391D"/>
    <w:rsid w:val="002B7920"/>
    <w:rsid w:val="00326F90"/>
    <w:rsid w:val="00455DFF"/>
    <w:rsid w:val="004B3225"/>
    <w:rsid w:val="004B6B2E"/>
    <w:rsid w:val="004E2550"/>
    <w:rsid w:val="00507204"/>
    <w:rsid w:val="005A3598"/>
    <w:rsid w:val="0067076F"/>
    <w:rsid w:val="00680566"/>
    <w:rsid w:val="006C1641"/>
    <w:rsid w:val="006F32DC"/>
    <w:rsid w:val="00784404"/>
    <w:rsid w:val="007D0D6C"/>
    <w:rsid w:val="007E1399"/>
    <w:rsid w:val="008258C1"/>
    <w:rsid w:val="00881947"/>
    <w:rsid w:val="008C727B"/>
    <w:rsid w:val="00902585"/>
    <w:rsid w:val="009848C5"/>
    <w:rsid w:val="00994FD2"/>
    <w:rsid w:val="00996FCD"/>
    <w:rsid w:val="009A42A4"/>
    <w:rsid w:val="009D1B6B"/>
    <w:rsid w:val="009E7DC1"/>
    <w:rsid w:val="00A81222"/>
    <w:rsid w:val="00AA1D8D"/>
    <w:rsid w:val="00B36A16"/>
    <w:rsid w:val="00B47730"/>
    <w:rsid w:val="00B54326"/>
    <w:rsid w:val="00B96F3B"/>
    <w:rsid w:val="00C20DE7"/>
    <w:rsid w:val="00C23527"/>
    <w:rsid w:val="00C6485C"/>
    <w:rsid w:val="00CB0664"/>
    <w:rsid w:val="00D06F96"/>
    <w:rsid w:val="00D132A5"/>
    <w:rsid w:val="00D17A9A"/>
    <w:rsid w:val="00D552E5"/>
    <w:rsid w:val="00DD3F3F"/>
    <w:rsid w:val="00DF261D"/>
    <w:rsid w:val="00E2427C"/>
    <w:rsid w:val="00EF2E6F"/>
    <w:rsid w:val="00F71BAE"/>
    <w:rsid w:val="00F71F21"/>
    <w:rsid w:val="00F90A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0AD3BE"/>
  <w14:defaultImageDpi w14:val="300"/>
  <w15:docId w15:val="{7E9B03FF-CDDD-4249-B425-29E356E0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08653B"/>
  </w:style>
  <w:style w:type="character" w:styleId="Hyperlink">
    <w:name w:val="Hyperlink"/>
    <w:basedOn w:val="DefaultParagraphFont"/>
    <w:uiPriority w:val="99"/>
    <w:unhideWhenUsed/>
    <w:rsid w:val="009848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8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48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7633-7900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s10760</cp:lastModifiedBy>
  <cp:revision>4</cp:revision>
  <cp:lastPrinted>2026-09-18T19:45:00Z</cp:lastPrinted>
  <dcterms:created xsi:type="dcterms:W3CDTF">2026-09-18T19:50:00Z</dcterms:created>
  <dcterms:modified xsi:type="dcterms:W3CDTF">2026-09-19T17:28:00Z</dcterms:modified>
  <cp:category/>
</cp:coreProperties>
</file>